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0E1309" w14:textId="77777777" w:rsidR="006661FD" w:rsidRDefault="006661FD">
      <w:pPr>
        <w:pStyle w:val="Tittel"/>
      </w:pPr>
      <w:r>
        <w:rPr>
          <w:noProof/>
        </w:rPr>
        <w:drawing>
          <wp:inline distT="0" distB="0" distL="0" distR="0" wp14:anchorId="31808FAA" wp14:editId="3D8F36EA">
            <wp:extent cx="1149350" cy="1149350"/>
            <wp:effectExtent l="0" t="0" r="0" b="0"/>
            <wp:docPr id="419094618" name="Bilde 1" descr="Et bilde som inneholder logo, symbol, Font, Grafikk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094618" name="Bilde 1" descr="Et bilde som inneholder logo, symbol, Font, Grafikk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7C8EA" w14:textId="039C0E9B" w:rsidR="006661FD" w:rsidRDefault="00000000">
      <w:pPr>
        <w:pStyle w:val="Tittel"/>
      </w:pPr>
      <w:r>
        <w:t xml:space="preserve">LÅNEKONTRAKT </w:t>
      </w:r>
    </w:p>
    <w:p w14:paraId="654611DD" w14:textId="09FD3430" w:rsidR="009B467F" w:rsidRDefault="00000000">
      <w:pPr>
        <w:pStyle w:val="Tittel"/>
      </w:pPr>
      <w:r>
        <w:t>VEO-KAMERA, SVEIO IL</w:t>
      </w:r>
    </w:p>
    <w:p w14:paraId="4C2832E9" w14:textId="77777777" w:rsidR="009B467F" w:rsidRDefault="00000000">
      <w:pPr>
        <w:pStyle w:val="Overskrift1"/>
      </w:pPr>
      <w:r>
        <w:t>1. LÅNETAKER</w:t>
      </w:r>
    </w:p>
    <w:p w14:paraId="3D35F680" w14:textId="77777777" w:rsidR="009B467F" w:rsidRDefault="00000000">
      <w:r>
        <w:t>Navn: _____________________________________________</w:t>
      </w:r>
    </w:p>
    <w:p w14:paraId="5A3E6EE1" w14:textId="77777777" w:rsidR="009B467F" w:rsidRDefault="00000000">
      <w:r>
        <w:t>Lag: _____________________________________________</w:t>
      </w:r>
    </w:p>
    <w:p w14:paraId="28309A89" w14:textId="77777777" w:rsidR="009B467F" w:rsidRDefault="00000000">
      <w:r>
        <w:t>Telefon: __________________________________________</w:t>
      </w:r>
    </w:p>
    <w:p w14:paraId="6BA549B7" w14:textId="77777777" w:rsidR="009B467F" w:rsidRDefault="00000000">
      <w:r>
        <w:t>E-post: ____________________________________________</w:t>
      </w:r>
    </w:p>
    <w:p w14:paraId="3F09EA6A" w14:textId="77777777" w:rsidR="009B467F" w:rsidRDefault="00000000">
      <w:pPr>
        <w:pStyle w:val="Overskrift1"/>
      </w:pPr>
      <w:r>
        <w:t>2. LÅNEPERIODE</w:t>
      </w:r>
    </w:p>
    <w:p w14:paraId="7A72C4F0" w14:textId="77777777" w:rsidR="009B467F" w:rsidRDefault="00000000">
      <w:r>
        <w:t>Dato for henting: ____________</w:t>
      </w:r>
    </w:p>
    <w:p w14:paraId="1FFA22A0" w14:textId="77777777" w:rsidR="009B467F" w:rsidRDefault="00000000">
      <w:r>
        <w:t>Dato for levering: ____________</w:t>
      </w:r>
    </w:p>
    <w:p w14:paraId="5A0F1C48" w14:textId="77777777" w:rsidR="009B467F" w:rsidRDefault="00000000">
      <w:r>
        <w:t>Kamp(er) som skal filmes: ___________________________________________</w:t>
      </w:r>
    </w:p>
    <w:p w14:paraId="10BCCCED" w14:textId="77777777" w:rsidR="009B467F" w:rsidRDefault="00000000">
      <w:pPr>
        <w:pStyle w:val="Overskrift1"/>
      </w:pPr>
      <w:r>
        <w:t>3. UTSTYR SOM LÅNES</w:t>
      </w:r>
    </w:p>
    <w:p w14:paraId="360E609D" w14:textId="77777777" w:rsidR="009B467F" w:rsidRDefault="00000000">
      <w:r>
        <w:t>☐ VEO-kamera</w:t>
      </w:r>
    </w:p>
    <w:p w14:paraId="609D2992" w14:textId="77777777" w:rsidR="009B467F" w:rsidRDefault="00000000">
      <w:r>
        <w:t>☐ Stativ</w:t>
      </w:r>
    </w:p>
    <w:p w14:paraId="0850AB45" w14:textId="77777777" w:rsidR="009B467F" w:rsidRDefault="00000000">
      <w:r>
        <w:t>☐ Lader / strømkabel</w:t>
      </w:r>
    </w:p>
    <w:p w14:paraId="19C738C1" w14:textId="77777777" w:rsidR="009B467F" w:rsidRDefault="00000000">
      <w:r>
        <w:t>☐ Veske / bærebag</w:t>
      </w:r>
    </w:p>
    <w:p w14:paraId="0AD910EB" w14:textId="77777777" w:rsidR="009B467F" w:rsidRDefault="00000000">
      <w:r>
        <w:t>☐ Annet: _______________________________________________</w:t>
      </w:r>
    </w:p>
    <w:p w14:paraId="446AC1D1" w14:textId="77777777" w:rsidR="009B467F" w:rsidRDefault="00000000">
      <w:pPr>
        <w:pStyle w:val="Overskrift1"/>
      </w:pPr>
      <w:r>
        <w:lastRenderedPageBreak/>
        <w:t>4. LÅNEVILKÅR</w:t>
      </w:r>
    </w:p>
    <w:p w14:paraId="4E9A3C7A" w14:textId="77777777" w:rsidR="009B467F" w:rsidRDefault="00000000">
      <w:r>
        <w:t>Ved signering forplikter låntaker seg til å følge klubbens retningslinjer for bruk av VEO-kameraet:</w:t>
      </w:r>
      <w:r>
        <w:br/>
      </w:r>
    </w:p>
    <w:p w14:paraId="0E0EEE16" w14:textId="77777777" w:rsidR="009B467F" w:rsidRDefault="00000000">
      <w:pPr>
        <w:pStyle w:val="Punktliste"/>
      </w:pPr>
      <w:r>
        <w:t>📌 Bruk</w:t>
      </w:r>
    </w:p>
    <w:p w14:paraId="6DD08CB1" w14:textId="77777777" w:rsidR="009B467F" w:rsidRDefault="00000000">
      <w:r>
        <w:t>• Kameraet skal kun benyttes til interne analyseformål.</w:t>
      </w:r>
      <w:r>
        <w:br/>
        <w:t>• Opptak og klipp skal ikke publiseres eller deles på sosiale medier.</w:t>
      </w:r>
      <w:r>
        <w:br/>
      </w:r>
    </w:p>
    <w:p w14:paraId="74B2662C" w14:textId="77777777" w:rsidR="009B467F" w:rsidRDefault="00000000">
      <w:pPr>
        <w:pStyle w:val="Punktliste"/>
      </w:pPr>
      <w:r>
        <w:t>📌 Ansvar</w:t>
      </w:r>
    </w:p>
    <w:p w14:paraId="7B069A32" w14:textId="77777777" w:rsidR="009B467F" w:rsidRDefault="00000000">
      <w:r>
        <w:t>• Låntaker er ansvarlig for kamera og utstyr under hele låneperioden.</w:t>
      </w:r>
      <w:r>
        <w:br/>
        <w:t>• Kameraet skal settes på lading etter bruk.</w:t>
      </w:r>
      <w:r>
        <w:br/>
        <w:t>• Tap eller skade på utstyret meldes umiddelbart til Anders Bjelland eller Rolf Kristian Aase.</w:t>
      </w:r>
      <w:r>
        <w:br/>
      </w:r>
    </w:p>
    <w:p w14:paraId="475665E0" w14:textId="77777777" w:rsidR="009B467F" w:rsidRDefault="00000000">
      <w:pPr>
        <w:pStyle w:val="Punktliste"/>
      </w:pPr>
      <w:r>
        <w:t>📌 Personvern</w:t>
      </w:r>
    </w:p>
    <w:p w14:paraId="588F2A00" w14:textId="77777777" w:rsidR="009B467F" w:rsidRDefault="00000000">
      <w:r>
        <w:t>• Alle spillere på laget skal informeres om filming, og samtykke skal innhentes via Spond.</w:t>
      </w:r>
      <w:r>
        <w:br/>
        <w:t>• Motstanderlag skal varsles i god tid før kamp.</w:t>
      </w:r>
      <w:r>
        <w:br/>
        <w:t>• Dersom noen ikke ønsker filming, skal kampen ikke filmes.</w:t>
      </w:r>
      <w:r>
        <w:br/>
      </w:r>
    </w:p>
    <w:p w14:paraId="074B23DC" w14:textId="77777777" w:rsidR="009B467F" w:rsidRDefault="00000000">
      <w:pPr>
        <w:pStyle w:val="Punktliste"/>
      </w:pPr>
      <w:r>
        <w:t>📌 Frister</w:t>
      </w:r>
    </w:p>
    <w:p w14:paraId="68AB6AF0" w14:textId="77777777" w:rsidR="009B467F" w:rsidRDefault="00000000">
      <w:r>
        <w:t>• Uthenting og tilbakelevering skal skje til avtalt tid.</w:t>
      </w:r>
      <w:r>
        <w:br/>
        <w:t>• Brudd på frister eller vilkår kan føre til at laget mister lånerett midlertidig.</w:t>
      </w:r>
      <w:r>
        <w:br/>
      </w:r>
    </w:p>
    <w:p w14:paraId="133265FD" w14:textId="77777777" w:rsidR="009B467F" w:rsidRDefault="00000000">
      <w:pPr>
        <w:pStyle w:val="Overskrift1"/>
      </w:pPr>
      <w:r>
        <w:t>5. UNDERSKRIFT</w:t>
      </w:r>
    </w:p>
    <w:p w14:paraId="0F7F4480" w14:textId="77777777" w:rsidR="009B467F" w:rsidRDefault="00000000">
      <w:r>
        <w:t>Jeg bekrefter at jeg har lest, forstått og aksepterer lånevilkårene for VEO-kameraet.</w:t>
      </w:r>
      <w:r>
        <w:br/>
      </w:r>
    </w:p>
    <w:p w14:paraId="20738EB6" w14:textId="77777777" w:rsidR="009B467F" w:rsidRDefault="00000000">
      <w:r>
        <w:t>Sted: ____________________</w:t>
      </w:r>
    </w:p>
    <w:p w14:paraId="0C36960A" w14:textId="77777777" w:rsidR="009B467F" w:rsidRDefault="00000000">
      <w:r>
        <w:t>Dato: ____________________</w:t>
      </w:r>
    </w:p>
    <w:p w14:paraId="2526C0C5" w14:textId="77777777" w:rsidR="009B467F" w:rsidRDefault="00000000">
      <w:r>
        <w:t>Signatur låntaker: ______________________________________</w:t>
      </w:r>
    </w:p>
    <w:p w14:paraId="5ABE15D0" w14:textId="77777777" w:rsidR="009B467F" w:rsidRDefault="00000000">
      <w:pPr>
        <w:pStyle w:val="Overskrift1"/>
      </w:pPr>
      <w:r>
        <w:t>6. FOR KLUBBENS BRUK</w:t>
      </w:r>
    </w:p>
    <w:p w14:paraId="4957BB02" w14:textId="77777777" w:rsidR="009B467F" w:rsidRDefault="00000000">
      <w:r>
        <w:t>Utlevert av: ______________________________________</w:t>
      </w:r>
    </w:p>
    <w:p w14:paraId="45AE0B86" w14:textId="77777777" w:rsidR="009B467F" w:rsidRDefault="00000000">
      <w:r>
        <w:lastRenderedPageBreak/>
        <w:t>Dato: ____________________</w:t>
      </w:r>
    </w:p>
    <w:p w14:paraId="40FCFEAD" w14:textId="77777777" w:rsidR="009B467F" w:rsidRDefault="00000000">
      <w:r>
        <w:br/>
        <w:t>Utstyr kontrollert ved retur:</w:t>
      </w:r>
    </w:p>
    <w:p w14:paraId="44C31B5F" w14:textId="77777777" w:rsidR="009B467F" w:rsidRDefault="00000000">
      <w:r>
        <w:t>☐ Kamera i orden</w:t>
      </w:r>
    </w:p>
    <w:p w14:paraId="0BFDF444" w14:textId="77777777" w:rsidR="009B467F" w:rsidRDefault="00000000">
      <w:r>
        <w:t>☐ Stativ i orden</w:t>
      </w:r>
    </w:p>
    <w:p w14:paraId="289085A2" w14:textId="77777777" w:rsidR="009B467F" w:rsidRDefault="00000000">
      <w:r>
        <w:t>☐ Lader i orden</w:t>
      </w:r>
    </w:p>
    <w:p w14:paraId="4B6362C8" w14:textId="77777777" w:rsidR="009B467F" w:rsidRDefault="00000000">
      <w:r>
        <w:t>☐ Kamera satt på lading</w:t>
      </w:r>
    </w:p>
    <w:p w14:paraId="3ED15EB5" w14:textId="77777777" w:rsidR="009B467F" w:rsidRDefault="00000000">
      <w:r>
        <w:t>☐ Merknader: ___________________________________________</w:t>
      </w:r>
    </w:p>
    <w:p w14:paraId="012B2D9C" w14:textId="77777777" w:rsidR="009B467F" w:rsidRDefault="00000000">
      <w:r>
        <w:br/>
        <w:t>Signatur Sveio IL: ______________________________________</w:t>
      </w:r>
    </w:p>
    <w:sectPr w:rsidR="009B467F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merertliste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merertliste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Punktliste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Punktliste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merertliste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Punktliste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56788068">
    <w:abstractNumId w:val="8"/>
  </w:num>
  <w:num w:numId="2" w16cid:durableId="412746353">
    <w:abstractNumId w:val="6"/>
  </w:num>
  <w:num w:numId="3" w16cid:durableId="1478111479">
    <w:abstractNumId w:val="5"/>
  </w:num>
  <w:num w:numId="4" w16cid:durableId="1929729261">
    <w:abstractNumId w:val="4"/>
  </w:num>
  <w:num w:numId="5" w16cid:durableId="2136554411">
    <w:abstractNumId w:val="7"/>
  </w:num>
  <w:num w:numId="6" w16cid:durableId="1221671937">
    <w:abstractNumId w:val="3"/>
  </w:num>
  <w:num w:numId="7" w16cid:durableId="1238906104">
    <w:abstractNumId w:val="2"/>
  </w:num>
  <w:num w:numId="8" w16cid:durableId="415134372">
    <w:abstractNumId w:val="1"/>
  </w:num>
  <w:num w:numId="9" w16cid:durableId="11889053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6063C"/>
    <w:rsid w:val="0015074B"/>
    <w:rsid w:val="0029639D"/>
    <w:rsid w:val="00326F90"/>
    <w:rsid w:val="006661FD"/>
    <w:rsid w:val="009B467F"/>
    <w:rsid w:val="00AA1D8D"/>
    <w:rsid w:val="00B47730"/>
    <w:rsid w:val="00CB0664"/>
    <w:rsid w:val="00ED6108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6773FE1"/>
  <w14:defaultImageDpi w14:val="300"/>
  <w15:docId w15:val="{1892C44C-29A4-4912-8DDE-1FA7AE34B5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Overskrift1">
    <w:name w:val="heading 1"/>
    <w:basedOn w:val="Normal"/>
    <w:next w:val="Normal"/>
    <w:link w:val="Overskrift1Tegn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E618BF"/>
  </w:style>
  <w:style w:type="paragraph" w:styleId="Bunntekst">
    <w:name w:val="footer"/>
    <w:basedOn w:val="Normal"/>
    <w:link w:val="BunntekstTegn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E618BF"/>
  </w:style>
  <w:style w:type="paragraph" w:styleId="Ingenmellomrom">
    <w:name w:val="No Spacing"/>
    <w:uiPriority w:val="1"/>
    <w:qFormat/>
    <w:rsid w:val="00FC693F"/>
    <w:pPr>
      <w:spacing w:after="0" w:line="240" w:lineRule="auto"/>
    </w:pPr>
  </w:style>
  <w:style w:type="character" w:customStyle="1" w:styleId="Overskrift1Tegn">
    <w:name w:val="Overskrift 1 Tegn"/>
    <w:basedOn w:val="Standardskriftforavsnitt"/>
    <w:link w:val="Overskrift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tel">
    <w:name w:val="Title"/>
    <w:basedOn w:val="Normal"/>
    <w:next w:val="Normal"/>
    <w:link w:val="TittelTegn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eavsnitt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rdtekst">
    <w:name w:val="Body Text"/>
    <w:basedOn w:val="Normal"/>
    <w:link w:val="BrdtekstTegn"/>
    <w:uiPriority w:val="99"/>
    <w:unhideWhenUsed/>
    <w:rsid w:val="00AA1D8D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rsid w:val="00AA1D8D"/>
  </w:style>
  <w:style w:type="paragraph" w:styleId="Brdtekst2">
    <w:name w:val="Body Text 2"/>
    <w:basedOn w:val="Normal"/>
    <w:link w:val="Brdtekst2Tegn"/>
    <w:uiPriority w:val="99"/>
    <w:unhideWhenUsed/>
    <w:rsid w:val="00AA1D8D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rsid w:val="00AA1D8D"/>
  </w:style>
  <w:style w:type="paragraph" w:styleId="Brdtekst3">
    <w:name w:val="Body Text 3"/>
    <w:basedOn w:val="Normal"/>
    <w:link w:val="Brdtekst3Tegn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rsid w:val="00AA1D8D"/>
    <w:rPr>
      <w:sz w:val="16"/>
      <w:szCs w:val="16"/>
    </w:rPr>
  </w:style>
  <w:style w:type="paragraph" w:styleId="Liste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e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e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Punktliste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Punktliste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Punktliste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merertliste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merertliste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merertliste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e-forts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e-forts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e-forts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krotekst">
    <w:name w:val="macro"/>
    <w:link w:val="MakrotekstTegn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rsid w:val="0029639D"/>
    <w:rPr>
      <w:rFonts w:ascii="Courier" w:hAnsi="Courier"/>
      <w:sz w:val="20"/>
      <w:szCs w:val="20"/>
    </w:rPr>
  </w:style>
  <w:style w:type="paragraph" w:styleId="Sitat">
    <w:name w:val="Quote"/>
    <w:basedOn w:val="Normal"/>
    <w:next w:val="Normal"/>
    <w:link w:val="SitatTegn"/>
    <w:uiPriority w:val="29"/>
    <w:qFormat/>
    <w:rsid w:val="00FC693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FC693F"/>
    <w:rPr>
      <w:i/>
      <w:iCs/>
      <w:color w:val="000000" w:themeColor="text1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ldetekst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erk">
    <w:name w:val="Strong"/>
    <w:basedOn w:val="Standardskriftforavsnitt"/>
    <w:uiPriority w:val="22"/>
    <w:qFormat/>
    <w:rsid w:val="00FC693F"/>
    <w:rPr>
      <w:b/>
      <w:bCs/>
    </w:rPr>
  </w:style>
  <w:style w:type="character" w:styleId="Utheving">
    <w:name w:val="Emphasis"/>
    <w:basedOn w:val="Standardskriftforavsnitt"/>
    <w:uiPriority w:val="20"/>
    <w:qFormat/>
    <w:rsid w:val="00FC693F"/>
    <w:rPr>
      <w:i/>
      <w:iCs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FC693F"/>
    <w:rPr>
      <w:b/>
      <w:bCs/>
      <w:i/>
      <w:iCs/>
      <w:color w:val="4F81BD" w:themeColor="accent1"/>
    </w:rPr>
  </w:style>
  <w:style w:type="character" w:styleId="Svakutheving">
    <w:name w:val="Subtle Emphasis"/>
    <w:basedOn w:val="Standardskriftforavsnitt"/>
    <w:uiPriority w:val="19"/>
    <w:qFormat/>
    <w:rsid w:val="00FC693F"/>
    <w:rPr>
      <w:i/>
      <w:iCs/>
      <w:color w:val="808080" w:themeColor="text1" w:themeTint="7F"/>
    </w:rPr>
  </w:style>
  <w:style w:type="character" w:styleId="Sterkutheving">
    <w:name w:val="Intense Emphasis"/>
    <w:basedOn w:val="Standardskriftforavsnitt"/>
    <w:uiPriority w:val="21"/>
    <w:qFormat/>
    <w:rsid w:val="00FC693F"/>
    <w:rPr>
      <w:b/>
      <w:bCs/>
      <w:i/>
      <w:iCs/>
      <w:color w:val="4F81BD" w:themeColor="accent1"/>
    </w:rPr>
  </w:style>
  <w:style w:type="character" w:styleId="Svakreferanse">
    <w:name w:val="Subtle Reference"/>
    <w:basedOn w:val="Standardskriftforavsnitt"/>
    <w:uiPriority w:val="31"/>
    <w:qFormat/>
    <w:rsid w:val="00FC693F"/>
    <w:rPr>
      <w:smallCaps/>
      <w:color w:val="C0504D" w:themeColor="accent2"/>
      <w:u w:val="single"/>
    </w:rPr>
  </w:style>
  <w:style w:type="character" w:styleId="Sterkreferanse">
    <w:name w:val="Intense Reference"/>
    <w:basedOn w:val="Standardskriftforavsnit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ktittel">
    <w:name w:val="Book Title"/>
    <w:basedOn w:val="Standardskriftforavsnitt"/>
    <w:uiPriority w:val="33"/>
    <w:qFormat/>
    <w:rsid w:val="00FC693F"/>
    <w:rPr>
      <w:b/>
      <w:bCs/>
      <w:smallCaps/>
      <w:spacing w:val="5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qFormat/>
    <w:rsid w:val="00FC693F"/>
    <w:pPr>
      <w:outlineLvl w:val="9"/>
    </w:pPr>
  </w:style>
  <w:style w:type="table" w:styleId="Tabellrutenett">
    <w:name w:val="Table Grid"/>
    <w:basedOn w:val="Vanligtabel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ysskyggelegging">
    <w:name w:val="Light Shading"/>
    <w:basedOn w:val="Vanligtabel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ysskyggelegginguthevingsfarge1">
    <w:name w:val="Light Shading Accent 1"/>
    <w:basedOn w:val="Vanligtabel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ysskyggelegginguthevingsfarge2">
    <w:name w:val="Light Shading Accent 2"/>
    <w:basedOn w:val="Vanligtabel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ysskyggelegginguthevingsfarge3">
    <w:name w:val="Light Shading Accent 3"/>
    <w:basedOn w:val="Vanligtabel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ysskyggelegginguthevingsfarge4">
    <w:name w:val="Light Shading Accent 4"/>
    <w:basedOn w:val="Vanligtabel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ysskyggelegginguthevingsfarge5">
    <w:name w:val="Light Shading Accent 5"/>
    <w:basedOn w:val="Vanligtabel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ysskyggelegginguthevingsfarge6">
    <w:name w:val="Light Shading Accent 6"/>
    <w:basedOn w:val="Vanligtabel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ysliste">
    <w:name w:val="Light List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yslisteuthevingsfarge1">
    <w:name w:val="Light List Accent 1"/>
    <w:basedOn w:val="Vanligtabel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yslisteuthevingsfarge2">
    <w:name w:val="Light List Accent 2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yslisteuthevingsfarge3">
    <w:name w:val="Light List Accent 3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yslisteuthevingsfarge4">
    <w:name w:val="Light List Accent 4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yslisteuthevingsfarge5">
    <w:name w:val="Light List Accent 5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yslisteuthevingsfarge6">
    <w:name w:val="Light List Accent 6"/>
    <w:basedOn w:val="Vanligtabel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ystrutenett">
    <w:name w:val="Light Grid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ystrutenettuthevingsfarge1">
    <w:name w:val="Light Grid Accent 1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ystrutenettuthevingsfarge2">
    <w:name w:val="Light Grid Accent 2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ystrutenettuthevingsfarge3">
    <w:name w:val="Light Grid Accent 3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ystrutenettuthevingsfarge4">
    <w:name w:val="Light Grid Accent 4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ystrutenettuthevingsfarge5">
    <w:name w:val="Light Grid Accent 5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ystrutenettuthevingsfarge6">
    <w:name w:val="Light Grid Accent 6"/>
    <w:basedOn w:val="Vanligtabel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iddelsskyggelegging1">
    <w:name w:val="Medium Shading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1">
    <w:name w:val="Medium Shading 1 Accent 1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2">
    <w:name w:val="Medium Shading 1 Accent 2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3">
    <w:name w:val="Medium Shading 1 Accent 3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4">
    <w:name w:val="Medium Shading 1 Accent 4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5">
    <w:name w:val="Medium Shading 1 Accent 5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1uthevingsfarge6">
    <w:name w:val="Medium Shading 1 Accent 6"/>
    <w:basedOn w:val="Vanligtabel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iddelsskyggelegging2">
    <w:name w:val="Medium Shading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1">
    <w:name w:val="Medium Shading 2 Accent 1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2">
    <w:name w:val="Medium Shading 2 Accent 2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3">
    <w:name w:val="Medium Shading 2 Accent 3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4">
    <w:name w:val="Medium Shading 2 Accent 4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5">
    <w:name w:val="Medium Shading 2 Accent 5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skyggelegging2uthevingsfarge6">
    <w:name w:val="Medium Shading 2 Accent 6"/>
    <w:basedOn w:val="Vanligtabel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iddelsliste1">
    <w:name w:val="Medium Lis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iddelsliste1uthevingsfarge1">
    <w:name w:val="Medium List 1 Accent 1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iddelsliste1uthevingsfarge2">
    <w:name w:val="Medium List 1 Accent 2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iddelsliste1uthevingsfarge3">
    <w:name w:val="Medium List 1 Accent 3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iddelsliste1uthevingsfarge4">
    <w:name w:val="Medium List 1 Accent 4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iddelsliste1uthevingsfarge5">
    <w:name w:val="Medium List 1 Accent 5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iddelsliste1uthevingsfarge6">
    <w:name w:val="Medium List 1 Accent 6"/>
    <w:basedOn w:val="Vanligtabel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iddelsliste2">
    <w:name w:val="Medium Lis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1">
    <w:name w:val="Medium List 2 Accent 1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2">
    <w:name w:val="Medium List 2 Accent 2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3">
    <w:name w:val="Medium List 2 Accent 3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4">
    <w:name w:val="Medium List 2 Accent 4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5">
    <w:name w:val="Medium List 2 Accent 5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liste2uthevingsfarge6">
    <w:name w:val="Medium List 2 Accent 6"/>
    <w:basedOn w:val="Vanligtabel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ddelsrutenett1">
    <w:name w:val="Medium Grid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iddelsrutenett1uthevingsfarge1">
    <w:name w:val="Medium Grid 1 Accent 1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iddelsrutenett1uthevingsfarge2">
    <w:name w:val="Medium Grid 1 Accent 2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iddelsrutenett1uthevingsfarge3">
    <w:name w:val="Medium Grid 1 Accent 3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iddelsrutenett1uthevingsfarge4">
    <w:name w:val="Medium Grid 1 Accent 4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iddelsrutenett1uthevingsfarge5">
    <w:name w:val="Medium Grid 1 Accent 5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iddelsrutenett1uthevingsfarge6">
    <w:name w:val="Medium Grid 1 Accent 6"/>
    <w:basedOn w:val="Vanligtabel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iddelsrutenett2">
    <w:name w:val="Medium Grid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1">
    <w:name w:val="Medium Grid 2 Accent 1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2">
    <w:name w:val="Medium Grid 2 Accent 2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3">
    <w:name w:val="Medium Grid 2 Accent 3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4">
    <w:name w:val="Medium Grid 2 Accent 4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5">
    <w:name w:val="Medium Grid 2 Accent 5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2uthevingsfarge6">
    <w:name w:val="Medium Grid 2 Accent 6"/>
    <w:basedOn w:val="Vanligtabel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ddelsrutenett3">
    <w:name w:val="Medium Grid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iddelsrutenett3uthevingsfarge1">
    <w:name w:val="Medium Grid 3 Accent 1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iddelsrutenett3uthevingsfarge2">
    <w:name w:val="Medium Grid 3 Accent 2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iddelsrutenett3uthevingsfarge3">
    <w:name w:val="Medium Grid 3 Accent 3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iddelsrutenett3uthevingsfarge4">
    <w:name w:val="Medium Grid 3 Accent 4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iddelsrutenett3uthevingsfarge5">
    <w:name w:val="Medium Grid 3 Accent 5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iddelsrutenett3uthevingsfarge6">
    <w:name w:val="Medium Grid 3 Accent 6"/>
    <w:basedOn w:val="Vanligtabel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rkliste">
    <w:name w:val="Dark List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Mrklisteuthevingsfarge1">
    <w:name w:val="Dark List Accent 1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Mrklisteuthevingsfarge2">
    <w:name w:val="Dark List Accent 2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Mrklisteuthevingsfarge3">
    <w:name w:val="Dark List Accent 3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Mrklisteuthevingsfarge4">
    <w:name w:val="Dark List Accent 4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Mrklisteuthevingsfarge5">
    <w:name w:val="Dark List Accent 5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Mrklisteuthevingsfarge6">
    <w:name w:val="Dark List Accent 6"/>
    <w:basedOn w:val="Vanligtabel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Fargerikskyggelegging">
    <w:name w:val="Colorful Shading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1">
    <w:name w:val="Colorful Shading Accent 1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2">
    <w:name w:val="Colorful Shading Accent 2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3">
    <w:name w:val="Colorful Shading Accent 3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skyggelegginguthevingsfarge4">
    <w:name w:val="Colorful Shading Accent 4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5">
    <w:name w:val="Colorful Shading Accent 5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skyggelegginguthevingsfarge6">
    <w:name w:val="Colorful Shading Accent 6"/>
    <w:basedOn w:val="Vanligtabel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Fargerikliste">
    <w:name w:val="Colorful List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Fargeriklisteuthevingsfarge1">
    <w:name w:val="Colorful List Accent 1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Fargeriklisteuthevingsfarge2">
    <w:name w:val="Colorful List Accent 2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Fargeriklisteuthevingsfarge3">
    <w:name w:val="Colorful List Accent 3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Fargeriklisteuthevingsfarge4">
    <w:name w:val="Colorful List Accent 4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Fargeriklisteuthevingsfarge5">
    <w:name w:val="Colorful List Accent 5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Fargeriklisteuthevingsfarge6">
    <w:name w:val="Colorful List Accent 6"/>
    <w:basedOn w:val="Vanligtabel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Fargeriktrutenett">
    <w:name w:val="Colorful Grid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Fargeriktrutenettuthevingsfarge1">
    <w:name w:val="Colorful Grid Accent 1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Fargeriktrutenettuthevingsfarge2">
    <w:name w:val="Colorful Grid Accent 2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Fargeriktrutenettuthevingsfarge3">
    <w:name w:val="Colorful Grid Accent 3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Fargeriktrutenettuthevingsfarge4">
    <w:name w:val="Colorful Grid Accent 4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Fargeriktrutenettuthevingsfarge5">
    <w:name w:val="Colorful Grid Accent 5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Fargeriktrutenettuthevingsfarge6">
    <w:name w:val="Colorful Grid Accent 6"/>
    <w:basedOn w:val="Vanligtabel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304</Words>
  <Characters>1613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1914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Lillian Rommetveit</cp:lastModifiedBy>
  <cp:revision>2</cp:revision>
  <dcterms:created xsi:type="dcterms:W3CDTF">2025-05-14T15:10:00Z</dcterms:created>
  <dcterms:modified xsi:type="dcterms:W3CDTF">2025-05-14T15:10:00Z</dcterms:modified>
  <cp:category/>
</cp:coreProperties>
</file>