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465E9" w14:textId="7D6A175D" w:rsidR="00FC7CA5" w:rsidRDefault="00FC7CA5">
      <w:pPr>
        <w:pStyle w:val="Tittel"/>
      </w:pPr>
      <w:r>
        <w:rPr>
          <w:noProof/>
        </w:rPr>
        <w:drawing>
          <wp:inline distT="0" distB="0" distL="0" distR="0" wp14:anchorId="6A0F4A89" wp14:editId="6DC365A8">
            <wp:extent cx="781050" cy="781050"/>
            <wp:effectExtent l="0" t="0" r="0" b="0"/>
            <wp:docPr id="1768753510" name="Bilde 1" descr="Et bilde som inneholder logo, symbol, Font, Grafi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53510" name="Bilde 1" descr="Et bilde som inneholder logo, symbol, Font, Grafikk&#10;&#10;KI-generert innhold kan være feil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DB2E" w14:textId="4A1F4C06" w:rsidR="00FC7CA5" w:rsidRDefault="00000000">
      <w:pPr>
        <w:pStyle w:val="Tittel"/>
      </w:pPr>
      <w:r>
        <w:t xml:space="preserve">FAST BRUKERKONTRAKT – </w:t>
      </w:r>
    </w:p>
    <w:p w14:paraId="30A42CD7" w14:textId="1537C82C" w:rsidR="006E59ED" w:rsidRDefault="00000000">
      <w:pPr>
        <w:pStyle w:val="Tittel"/>
      </w:pPr>
      <w:r>
        <w:t xml:space="preserve">VEO-KAMERA, SVEIO IL </w:t>
      </w:r>
      <w:r w:rsidR="00FC7CA5">
        <w:t xml:space="preserve">(PER </w:t>
      </w:r>
      <w:r>
        <w:t>SESONG)</w:t>
      </w:r>
    </w:p>
    <w:p w14:paraId="2558F166" w14:textId="77777777" w:rsidR="006E59ED" w:rsidRDefault="00000000">
      <w:pPr>
        <w:pStyle w:val="Overskrift1"/>
      </w:pPr>
      <w:r>
        <w:t>1. FAST BRUKER</w:t>
      </w:r>
    </w:p>
    <w:p w14:paraId="60319FDB" w14:textId="77777777" w:rsidR="006E59ED" w:rsidRDefault="00000000">
      <w:r>
        <w:t>Navn: _____________________________________________</w:t>
      </w:r>
    </w:p>
    <w:p w14:paraId="6ACE9189" w14:textId="77777777" w:rsidR="006E59ED" w:rsidRDefault="00000000">
      <w:r>
        <w:t>Lag: _____________________________________________</w:t>
      </w:r>
    </w:p>
    <w:p w14:paraId="11B23413" w14:textId="77777777" w:rsidR="006E59ED" w:rsidRDefault="00000000">
      <w:r>
        <w:t>Telefon: __________________________________________</w:t>
      </w:r>
    </w:p>
    <w:p w14:paraId="7C8487C1" w14:textId="77777777" w:rsidR="006E59ED" w:rsidRDefault="00000000">
      <w:r>
        <w:t>E-post: ____________________________________________</w:t>
      </w:r>
    </w:p>
    <w:p w14:paraId="0358E291" w14:textId="77777777" w:rsidR="006E59ED" w:rsidRDefault="00000000">
      <w:pPr>
        <w:pStyle w:val="Overskrift1"/>
      </w:pPr>
      <w:r>
        <w:t>2. GYLDIGHETSPERIODE</w:t>
      </w:r>
    </w:p>
    <w:p w14:paraId="03F87413" w14:textId="1806F9FB" w:rsidR="006E59ED" w:rsidRDefault="00000000">
      <w:r>
        <w:t xml:space="preserve">Denne avtalen gjelder for hele </w:t>
      </w:r>
      <w:proofErr w:type="spellStart"/>
      <w:r>
        <w:t>sesongen</w:t>
      </w:r>
      <w:proofErr w:type="spellEnd"/>
      <w:r>
        <w:t xml:space="preserve"> _____</w:t>
      </w:r>
      <w:proofErr w:type="gramStart"/>
      <w:r>
        <w:t>_</w:t>
      </w:r>
      <w:r w:rsidR="00FC7CA5">
        <w:t xml:space="preserve"> </w:t>
      </w:r>
      <w:r>
        <w:t xml:space="preserve"> (</w:t>
      </w:r>
      <w:proofErr w:type="gramEnd"/>
      <w:r>
        <w:t xml:space="preserve">sett inn </w:t>
      </w:r>
      <w:proofErr w:type="spellStart"/>
      <w:r>
        <w:t>årstall</w:t>
      </w:r>
      <w:proofErr w:type="spellEnd"/>
      <w:r>
        <w:t xml:space="preserve"> eller periode).</w:t>
      </w:r>
    </w:p>
    <w:p w14:paraId="6D89B47F" w14:textId="77777777" w:rsidR="006E59ED" w:rsidRDefault="00000000">
      <w:r>
        <w:t>Avtalen gjelder for alle kamper der VEO-kameraet benyttes av undertegnede.</w:t>
      </w:r>
    </w:p>
    <w:p w14:paraId="56DE63CC" w14:textId="77777777" w:rsidR="006E59ED" w:rsidRDefault="00000000">
      <w:pPr>
        <w:pStyle w:val="Overskrift1"/>
      </w:pPr>
      <w:r>
        <w:t>3. FORMÅL OG ANSVAR</w:t>
      </w:r>
    </w:p>
    <w:p w14:paraId="2CA76619" w14:textId="77777777" w:rsidR="006E59ED" w:rsidRDefault="00000000">
      <w:r>
        <w:t>📌 Kameraet skal kun benyttes til intern analyse og utvikling i laget.</w:t>
      </w:r>
    </w:p>
    <w:p w14:paraId="6487AD5C" w14:textId="75998186" w:rsidR="00FC7CA5" w:rsidRDefault="00FC7CA5">
      <w:r>
        <w:rPr>
          <w:rFonts w:ascii="Segoe UI Emoji" w:hAnsi="Segoe UI Emoji" w:cs="Segoe UI Emoji"/>
        </w:rPr>
        <w:t>📌</w:t>
      </w:r>
      <w:r>
        <w:t xml:space="preserve"> </w:t>
      </w:r>
      <w:r w:rsidR="00000000">
        <w:t xml:space="preserve">Det er </w:t>
      </w:r>
      <w:proofErr w:type="spellStart"/>
      <w:r w:rsidR="00000000" w:rsidRPr="00FC7CA5">
        <w:rPr>
          <w:b/>
          <w:bCs/>
          <w:color w:val="EE0000"/>
        </w:rPr>
        <w:t>ikke</w:t>
      </w:r>
      <w:proofErr w:type="spellEnd"/>
      <w:r w:rsidR="00000000" w:rsidRPr="00FC7CA5">
        <w:rPr>
          <w:color w:val="EE0000"/>
        </w:rPr>
        <w:t xml:space="preserve"> </w:t>
      </w:r>
      <w:proofErr w:type="spellStart"/>
      <w:r w:rsidR="00000000">
        <w:t>tillatt</w:t>
      </w:r>
      <w:proofErr w:type="spellEnd"/>
      <w:r w:rsidR="00000000">
        <w:t xml:space="preserve"> å dele opptak eller </w:t>
      </w:r>
      <w:proofErr w:type="spellStart"/>
      <w:r w:rsidR="00000000">
        <w:t>klipp</w:t>
      </w:r>
      <w:proofErr w:type="spellEnd"/>
      <w:r w:rsidR="00000000">
        <w:t xml:space="preserve"> </w:t>
      </w:r>
      <w:proofErr w:type="spellStart"/>
      <w:r w:rsidR="00000000">
        <w:t>på</w:t>
      </w:r>
      <w:proofErr w:type="spellEnd"/>
      <w:r w:rsidR="00000000">
        <w:t xml:space="preserve"> </w:t>
      </w:r>
      <w:proofErr w:type="spellStart"/>
      <w:r w:rsidR="00000000">
        <w:t>sosiale</w:t>
      </w:r>
      <w:proofErr w:type="spellEnd"/>
      <w:r w:rsidR="00000000">
        <w:t xml:space="preserve"> </w:t>
      </w:r>
      <w:proofErr w:type="spellStart"/>
      <w:r w:rsidR="00000000">
        <w:t>medier</w:t>
      </w:r>
      <w:proofErr w:type="spellEnd"/>
      <w:r w:rsidR="00000000">
        <w:t>.</w:t>
      </w:r>
      <w:r w:rsidRPr="00FC7CA5">
        <w:t xml:space="preserve"> </w:t>
      </w:r>
    </w:p>
    <w:p w14:paraId="6259CEA6" w14:textId="297F545F" w:rsidR="00FC7CA5" w:rsidRDefault="00FC7CA5">
      <w:r>
        <w:rPr>
          <w:rFonts w:ascii="Segoe UI Emoji" w:hAnsi="Segoe UI Emoji" w:cs="Segoe UI Emoji"/>
        </w:rPr>
        <w:t>📌</w:t>
      </w:r>
      <w:r w:rsidRPr="00FC7CA5">
        <w:t xml:space="preserve"> </w:t>
      </w:r>
      <w:r w:rsidRPr="00FC7CA5">
        <w:rPr>
          <w:rFonts w:ascii="Segoe UI Emoji" w:hAnsi="Segoe UI Emoji" w:cs="Segoe UI Emoji"/>
        </w:rPr>
        <w:t xml:space="preserve">Kun den </w:t>
      </w:r>
      <w:proofErr w:type="spellStart"/>
      <w:r w:rsidRPr="00FC7CA5">
        <w:rPr>
          <w:rFonts w:ascii="Segoe UI Emoji" w:hAnsi="Segoe UI Emoji" w:cs="Segoe UI Emoji"/>
        </w:rPr>
        <w:t>brukeren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som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har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signert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kontrakten</w:t>
      </w:r>
      <w:proofErr w:type="spellEnd"/>
      <w:r w:rsidRPr="00FC7CA5">
        <w:rPr>
          <w:rFonts w:ascii="Segoe UI Emoji" w:hAnsi="Segoe UI Emoji" w:cs="Segoe UI Emoji"/>
        </w:rPr>
        <w:t xml:space="preserve">, </w:t>
      </w:r>
      <w:proofErr w:type="spellStart"/>
      <w:r w:rsidRPr="00FC7CA5">
        <w:rPr>
          <w:rFonts w:ascii="Segoe UI Emoji" w:hAnsi="Segoe UI Emoji" w:cs="Segoe UI Emoji"/>
        </w:rPr>
        <w:t>har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tilgang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til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videomaterialet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knyttet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til</w:t>
      </w:r>
      <w:proofErr w:type="spellEnd"/>
      <w:r w:rsidRPr="00FC7CA5">
        <w:rPr>
          <w:rFonts w:ascii="Segoe UI Emoji" w:hAnsi="Segoe UI Emoji" w:cs="Segoe UI Emoji"/>
        </w:rPr>
        <w:t xml:space="preserve"> det </w:t>
      </w:r>
      <w:proofErr w:type="spellStart"/>
      <w:r w:rsidRPr="00FC7CA5">
        <w:rPr>
          <w:rFonts w:ascii="Segoe UI Emoji" w:hAnsi="Segoe UI Emoji" w:cs="Segoe UI Emoji"/>
        </w:rPr>
        <w:t>aktuelle</w:t>
      </w:r>
      <w:proofErr w:type="spellEnd"/>
      <w:r w:rsidRPr="00FC7CA5">
        <w:rPr>
          <w:rFonts w:ascii="Segoe UI Emoji" w:hAnsi="Segoe UI Emoji" w:cs="Segoe UI Emoji"/>
        </w:rPr>
        <w:t xml:space="preserve"> </w:t>
      </w:r>
      <w:proofErr w:type="spellStart"/>
      <w:r w:rsidRPr="00FC7CA5">
        <w:rPr>
          <w:rFonts w:ascii="Segoe UI Emoji" w:hAnsi="Segoe UI Emoji" w:cs="Segoe UI Emoji"/>
        </w:rPr>
        <w:t>laget</w:t>
      </w:r>
      <w:proofErr w:type="spellEnd"/>
      <w:r w:rsidRPr="00FC7CA5">
        <w:rPr>
          <w:rFonts w:ascii="Segoe UI Emoji" w:hAnsi="Segoe UI Emoji" w:cs="Segoe UI Emoji"/>
        </w:rPr>
        <w:t>.</w:t>
      </w:r>
    </w:p>
    <w:p w14:paraId="23290414" w14:textId="1C1CE393" w:rsidR="006E59ED" w:rsidRDefault="00000000">
      <w:r>
        <w:t xml:space="preserve">📌 Fast </w:t>
      </w:r>
      <w:proofErr w:type="spellStart"/>
      <w:r>
        <w:t>bruker</w:t>
      </w:r>
      <w:proofErr w:type="spellEnd"/>
      <w:r>
        <w:t xml:space="preserve"> er ansvarlig for at retningslinjene for filming og personvern </w:t>
      </w:r>
      <w:proofErr w:type="spellStart"/>
      <w:r>
        <w:t>følges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hver</w:t>
      </w:r>
      <w:proofErr w:type="spellEnd"/>
      <w:r>
        <w:t xml:space="preserve"> </w:t>
      </w:r>
      <w:proofErr w:type="spellStart"/>
      <w:r>
        <w:t>kamp</w:t>
      </w:r>
      <w:proofErr w:type="spellEnd"/>
      <w:r>
        <w:t>.</w:t>
      </w:r>
    </w:p>
    <w:p w14:paraId="778E2ADC" w14:textId="77777777" w:rsidR="006E59ED" w:rsidRDefault="00000000">
      <w:r>
        <w:t>📌 Alt utstyr som benyttes skal behandles med forsiktighet og settes til lading etter bruk.</w:t>
      </w:r>
    </w:p>
    <w:p w14:paraId="240F3196" w14:textId="77777777" w:rsidR="006E59ED" w:rsidRDefault="00000000">
      <w:pPr>
        <w:pStyle w:val="Overskrift1"/>
      </w:pPr>
      <w:r>
        <w:t>4. PERSONVERN</w:t>
      </w:r>
    </w:p>
    <w:p w14:paraId="75EDFE1D" w14:textId="77777777" w:rsidR="006E59ED" w:rsidRDefault="00000000">
      <w:r>
        <w:t>• Spillere på eget lag skal være informert om filming, og samtykke innhentes via kampinnkalling.</w:t>
      </w:r>
    </w:p>
    <w:p w14:paraId="463A8855" w14:textId="77777777" w:rsidR="006E59ED" w:rsidRDefault="00000000">
      <w:r>
        <w:lastRenderedPageBreak/>
        <w:t>• Motstanderlag skal varsles i forkant, og deres eventuelle reservasjoner mot filming skal respekteres.</w:t>
      </w:r>
    </w:p>
    <w:p w14:paraId="4E8D1100" w14:textId="77777777" w:rsidR="006E59ED" w:rsidRDefault="00000000">
      <w:r>
        <w:t>• Ved manglende samtykke skal kampen ikke filmes.</w:t>
      </w:r>
    </w:p>
    <w:p w14:paraId="14D20AF7" w14:textId="77777777" w:rsidR="006E59ED" w:rsidRDefault="00000000">
      <w:pPr>
        <w:pStyle w:val="Overskrift1"/>
      </w:pPr>
      <w:r>
        <w:t>5. OPPFØLGING OG AVSLUTNING</w:t>
      </w:r>
    </w:p>
    <w:p w14:paraId="58FB50AA" w14:textId="77777777" w:rsidR="006E59ED" w:rsidRDefault="00000000">
      <w:r>
        <w:t>• Klubben kan trekke tilbake tilgangen ved misbruk eller brudd på avtalen.</w:t>
      </w:r>
    </w:p>
    <w:p w14:paraId="3C5266AB" w14:textId="77777777" w:rsidR="006E59ED" w:rsidRDefault="00000000">
      <w:r>
        <w:t>• Fast bruker plikter å gi beskjed ved tekniske problemer eller skader på utstyret.</w:t>
      </w:r>
    </w:p>
    <w:p w14:paraId="403990F4" w14:textId="77777777" w:rsidR="006E59ED" w:rsidRDefault="00000000">
      <w:pPr>
        <w:pStyle w:val="Overskrift1"/>
      </w:pPr>
      <w:r>
        <w:t>6. UNDERSKRIFT</w:t>
      </w:r>
    </w:p>
    <w:p w14:paraId="7B7AAA84" w14:textId="77777777" w:rsidR="006E59ED" w:rsidRDefault="00000000">
      <w:r>
        <w:t>Jeg bekrefter at jeg har lest, forstått og aksepterer vilkårene for fast bruk av VEO-kameraet i Sveio IL.</w:t>
      </w:r>
      <w:r>
        <w:br/>
      </w:r>
    </w:p>
    <w:p w14:paraId="2BEC8DE7" w14:textId="77777777" w:rsidR="006E59ED" w:rsidRDefault="00000000">
      <w:r>
        <w:t>Sted: ____________________</w:t>
      </w:r>
    </w:p>
    <w:p w14:paraId="2D0CABD0" w14:textId="77777777" w:rsidR="006E59ED" w:rsidRDefault="00000000">
      <w:r>
        <w:t>Dato: ____________________</w:t>
      </w:r>
    </w:p>
    <w:p w14:paraId="5A281CAF" w14:textId="77777777" w:rsidR="006E59ED" w:rsidRDefault="00000000">
      <w:r>
        <w:t>Signatur fast bruker: ______________________________________</w:t>
      </w:r>
    </w:p>
    <w:p w14:paraId="4FE14269" w14:textId="77777777" w:rsidR="006E59ED" w:rsidRDefault="00000000">
      <w:pPr>
        <w:pStyle w:val="Overskrift1"/>
      </w:pPr>
      <w:r>
        <w:t>7. KLUBBENS GODKJENNING</w:t>
      </w:r>
    </w:p>
    <w:p w14:paraId="0FBD9203" w14:textId="77777777" w:rsidR="006E59ED" w:rsidRDefault="00000000">
      <w:r>
        <w:t>Godkjent av: ______________________________________</w:t>
      </w:r>
    </w:p>
    <w:p w14:paraId="769724B9" w14:textId="77777777" w:rsidR="006E59ED" w:rsidRDefault="00000000">
      <w:r>
        <w:t>Dato: ____________________</w:t>
      </w:r>
    </w:p>
    <w:p w14:paraId="1F68D0C9" w14:textId="77777777" w:rsidR="006E59ED" w:rsidRDefault="00000000">
      <w:r>
        <w:t>Kommentarer / merknader: ___________________________________________</w:t>
      </w:r>
    </w:p>
    <w:sectPr w:rsidR="006E59E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7801049">
    <w:abstractNumId w:val="8"/>
  </w:num>
  <w:num w:numId="2" w16cid:durableId="1234927547">
    <w:abstractNumId w:val="6"/>
  </w:num>
  <w:num w:numId="3" w16cid:durableId="1163862350">
    <w:abstractNumId w:val="5"/>
  </w:num>
  <w:num w:numId="4" w16cid:durableId="548538243">
    <w:abstractNumId w:val="4"/>
  </w:num>
  <w:num w:numId="5" w16cid:durableId="1249272691">
    <w:abstractNumId w:val="7"/>
  </w:num>
  <w:num w:numId="6" w16cid:durableId="1783762530">
    <w:abstractNumId w:val="3"/>
  </w:num>
  <w:num w:numId="7" w16cid:durableId="754519418">
    <w:abstractNumId w:val="2"/>
  </w:num>
  <w:num w:numId="8" w16cid:durableId="1716656991">
    <w:abstractNumId w:val="1"/>
  </w:num>
  <w:num w:numId="9" w16cid:durableId="2103648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460109"/>
    <w:rsid w:val="006E59ED"/>
    <w:rsid w:val="00AA1D8D"/>
    <w:rsid w:val="00B47730"/>
    <w:rsid w:val="00CB0664"/>
    <w:rsid w:val="00E227C9"/>
    <w:rsid w:val="00FC693F"/>
    <w:rsid w:val="00FC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6F1C06"/>
  <w14:defaultImageDpi w14:val="300"/>
  <w15:docId w15:val="{4A737C94-8D72-4CA2-B675-89BB87546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Overskrift1">
    <w:name w:val="heading 1"/>
    <w:basedOn w:val="Normal"/>
    <w:next w:val="Normal"/>
    <w:link w:val="Overskrift1Teg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618BF"/>
  </w:style>
  <w:style w:type="paragraph" w:styleId="Bunntekst">
    <w:name w:val="footer"/>
    <w:basedOn w:val="Normal"/>
    <w:link w:val="Bunntekst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618BF"/>
  </w:style>
  <w:style w:type="paragraph" w:styleId="Ingenmellomrom">
    <w:name w:val="No Spacing"/>
    <w:uiPriority w:val="1"/>
    <w:qFormat/>
    <w:rsid w:val="00FC693F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tel">
    <w:name w:val="Title"/>
    <w:basedOn w:val="Normal"/>
    <w:next w:val="Normal"/>
    <w:link w:val="TittelTeg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avsnitt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AA1D8D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AA1D8D"/>
  </w:style>
  <w:style w:type="paragraph" w:styleId="Brdtekst2">
    <w:name w:val="Body Text 2"/>
    <w:basedOn w:val="Normal"/>
    <w:link w:val="Brdtekst2Tegn"/>
    <w:uiPriority w:val="99"/>
    <w:unhideWhenUsed/>
    <w:rsid w:val="00AA1D8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rsid w:val="00AA1D8D"/>
  </w:style>
  <w:style w:type="paragraph" w:styleId="Brdtekst3">
    <w:name w:val="Body Text 3"/>
    <w:basedOn w:val="Normal"/>
    <w:link w:val="Brdtekst3Teg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e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merertliste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merertliste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merertliste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-forts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kst">
    <w:name w:val="macro"/>
    <w:link w:val="MakrotekstTeg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rsid w:val="0029639D"/>
    <w:rPr>
      <w:rFonts w:ascii="Courier" w:hAnsi="Courier"/>
      <w:sz w:val="20"/>
      <w:szCs w:val="20"/>
    </w:rPr>
  </w:style>
  <w:style w:type="paragraph" w:styleId="Sitat">
    <w:name w:val="Quote"/>
    <w:basedOn w:val="Normal"/>
    <w:next w:val="Normal"/>
    <w:link w:val="SitatTegn"/>
    <w:uiPriority w:val="29"/>
    <w:qFormat/>
    <w:rsid w:val="00FC693F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FC693F"/>
    <w:rPr>
      <w:i/>
      <w:iCs/>
      <w:color w:val="000000" w:themeColor="tex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erk">
    <w:name w:val="Strong"/>
    <w:basedOn w:val="Standardskriftforavsnitt"/>
    <w:uiPriority w:val="22"/>
    <w:qFormat/>
    <w:rsid w:val="00FC693F"/>
    <w:rPr>
      <w:b/>
      <w:bCs/>
    </w:rPr>
  </w:style>
  <w:style w:type="character" w:styleId="Utheving">
    <w:name w:val="Emphasis"/>
    <w:basedOn w:val="Standardskriftforavsnitt"/>
    <w:uiPriority w:val="20"/>
    <w:qFormat/>
    <w:rsid w:val="00FC693F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C693F"/>
    <w:rPr>
      <w:b/>
      <w:bCs/>
      <w:i/>
      <w:iCs/>
      <w:color w:val="4F81BD" w:themeColor="accent1"/>
    </w:rPr>
  </w:style>
  <w:style w:type="character" w:styleId="Svakutheving">
    <w:name w:val="Subtle Emphasis"/>
    <w:basedOn w:val="Standardskriftforavsnitt"/>
    <w:uiPriority w:val="19"/>
    <w:qFormat/>
    <w:rsid w:val="00FC693F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FC693F"/>
    <w:rPr>
      <w:b/>
      <w:bCs/>
      <w:i/>
      <w:iCs/>
      <w:color w:val="4F81BD" w:themeColor="accent1"/>
    </w:rPr>
  </w:style>
  <w:style w:type="character" w:styleId="Svakreferanse">
    <w:name w:val="Subtle Reference"/>
    <w:basedOn w:val="Standardskriftforavsnitt"/>
    <w:uiPriority w:val="31"/>
    <w:qFormat/>
    <w:rsid w:val="00FC693F"/>
    <w:rPr>
      <w:smallCaps/>
      <w:color w:val="C0504D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FC693F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C693F"/>
    <w:pPr>
      <w:outlineLvl w:val="9"/>
    </w:pPr>
  </w:style>
  <w:style w:type="table" w:styleId="Tabellrutenett">
    <w:name w:val="Table Grid"/>
    <w:basedOn w:val="Vanlig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legging">
    <w:name w:val="Light Shading"/>
    <w:basedOn w:val="Vanlig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liste">
    <w:name w:val="Light List"/>
    <w:basedOn w:val="Vanlig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trutenett">
    <w:name w:val="Light Grid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ddelsskyggelegging1">
    <w:name w:val="Medium Shading 1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liste1">
    <w:name w:val="Medium List 1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ddelsliste2">
    <w:name w:val="Medium List 2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ddelsrutenett2">
    <w:name w:val="Medium Grid 2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e">
    <w:name w:val="Dark List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uthevingsfarge2">
    <w:name w:val="Dark List Accent 2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uthevingsfarge3">
    <w:name w:val="Dark List Accent 3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uthevingsfarge4">
    <w:name w:val="Dark List Accent 4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uthevingsfarge5">
    <w:name w:val="Dark List Accent 5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uthevingsfarge6">
    <w:name w:val="Dark List Accent 6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gerikskyggelegging">
    <w:name w:val="Colorful Shading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liste">
    <w:name w:val="Colorful List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geriktrutenett">
    <w:name w:val="Colorful Grid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Lillian Rommetveit</cp:lastModifiedBy>
  <cp:revision>2</cp:revision>
  <dcterms:created xsi:type="dcterms:W3CDTF">2025-05-14T15:04:00Z</dcterms:created>
  <dcterms:modified xsi:type="dcterms:W3CDTF">2025-05-14T15:04:00Z</dcterms:modified>
  <cp:category/>
</cp:coreProperties>
</file>